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CBE 263 Numerical Methods Practice Exam</w:t>
      </w:r>
    </w:p>
    <w:p>
      <w:pPr>
        <w:spacing w:after="200"/>
      </w:pPr>
      <w:r>
        <w:rPr>
          <w:i/>
          <w:sz w:val="22"/>
        </w:rPr>
        <w:t>Formulas, nonlinear equations, curve fits, and ordinary differential equations</w:t>
      </w:r>
    </w:p>
    <w:p>
      <w:r>
        <w:rPr>
          <w:b/>
        </w:rPr>
        <w:t xml:space="preserve">Purpose. </w:t>
      </w:r>
      <w:r>
        <w:t>This practice exam targets the computational workflows used in CBE 263. The scenarios and numerical values are newly constructed, but the methods and level of work are intentionally similar to class practice.</w:t>
      </w:r>
    </w:p>
    <w:p>
      <w:pPr>
        <w:pStyle w:val="Heading1"/>
      </w:pPr>
      <w:r>
        <w:t>Instructions</w:t>
      </w:r>
    </w:p>
    <w:p>
      <w:pPr>
        <w:pStyle w:val="ListBullet"/>
      </w:pPr>
      <w:r>
        <w:t>Use Excel, Python, or another course-approved computational tool as appropriate. Show the equation setup, variable cells or variables, and the numerical result.</w:t>
      </w:r>
    </w:p>
    <w:p>
      <w:pPr>
        <w:pStyle w:val="ListBullet"/>
      </w:pPr>
      <w:r>
        <w:t>Report units and use about three significant figures unless a different precision is requested.</w:t>
      </w:r>
    </w:p>
    <w:p>
      <w:pPr>
        <w:pStyle w:val="ListBullet"/>
      </w:pPr>
      <w:r>
        <w:t>For Solver problems, identify the changing cells and the residual equations being driven to zero. For Newton’s method, show the derivative and at least three iterations.</w:t>
      </w:r>
    </w:p>
    <w:p>
      <w:pPr>
        <w:pStyle w:val="ListBullet"/>
      </w:pPr>
      <w:r>
        <w:t>For curve fits, show the transformed variables or model form, the fitted parameters, and a goodness-of-fit measure when requested.</w:t>
      </w:r>
    </w:p>
    <w:p>
      <w:pPr>
        <w:pStyle w:val="ListBullet"/>
      </w:pPr>
      <w:r>
        <w:t>For explicit Euler, use the stated step size and compute each new state from the previous state only.</w:t>
      </w:r>
    </w:p>
    <w:p>
      <w:pPr>
        <w:pStyle w:val="Heading1"/>
      </w:pPr>
      <w:r>
        <w:t>Part I  Formula Work</w:t>
      </w:r>
    </w:p>
    <w:p>
      <w:pPr>
        <w:pStyle w:val="Heading2"/>
        <w:keepNext/>
      </w:pPr>
      <w:r>
        <w:t>Problem 1. Steady heat conduction through insulation</w:t>
      </w:r>
    </w:p>
    <w:p>
      <w:pPr>
        <w:keepNext/>
        <w:spacing w:after="80"/>
      </w:pPr>
      <w:r>
        <w:t>A flat insulation panel has thickness L = 4.5 mm, thermal conductivity k = 0.180 W/(m·K), and surface temperatures T₁ = 373 K and T₂ = 293 K. Use q″ = k(T₁ − T₂)/L.</w:t>
      </w:r>
    </w:p>
    <w:p>
      <w:pPr>
        <w:pStyle w:val="ListBullet"/>
        <w:keepNext/>
        <w:spacing w:after="40"/>
      </w:pPr>
      <w:r>
        <w:t>Calculate q″ in W/m² and kW/m².</w:t>
      </w:r>
    </w:p>
    <w:p>
      <w:pPr>
        <w:pStyle w:val="ListBullet"/>
        <w:keepNext/>
        <w:spacing w:after="40"/>
      </w:pPr>
      <w:r>
        <w:t>Write one line showing that the units of the expression reduce to W/m².</w:t>
      </w:r>
    </w:p>
    <w:p>
      <w:pPr>
        <w:pStyle w:val="ListBullet"/>
        <w:spacing w:after="40"/>
      </w:pPr>
      <w:r>
        <w:t>Describe how you would organize the inputs and formula so changing L automatically updates q″ in a spreadsheet.</w:t>
      </w:r>
    </w:p>
    <w:p>
      <w:pPr>
        <w:pStyle w:val="Heading2"/>
        <w:keepNext/>
      </w:pPr>
      <w:r>
        <w:t>Problem 2. Pressure loss in a rough pipe</w:t>
      </w:r>
    </w:p>
    <w:p>
      <w:pPr>
        <w:keepNext/>
        <w:spacing w:after="80"/>
      </w:pPr>
      <w:r>
        <w:t>Water at 25 °C flows through a pipe with D = 25.0 mm, L = 18.0 m, and mean velocity v = 2.40 m/s. Use ρ = 998 kg/m³, μ = 1.00×10⁻³ Pa·s, and relative roughness ε/D = 1.80×10⁻³.</w:t>
      </w:r>
    </w:p>
    <w:p>
      <w:pPr>
        <w:pStyle w:val="ListBullet"/>
        <w:keepNext/>
        <w:spacing w:after="40"/>
      </w:pPr>
      <w:r>
        <w:t>Calculate Re = ρvD/μ.</w:t>
      </w:r>
    </w:p>
    <w:p>
      <w:pPr>
        <w:pStyle w:val="ListBullet"/>
        <w:keepNext/>
        <w:spacing w:after="40"/>
      </w:pPr>
      <w:r>
        <w:t>Use the Swamee–Jain estimate f = 0.25/[log₁₀(ε/(3.7D) + 5.74/Re⁰·⁹)]² to calculate the Darcy friction factor.</w:t>
      </w:r>
    </w:p>
    <w:p>
      <w:pPr>
        <w:pStyle w:val="ListBullet"/>
        <w:spacing w:after="40"/>
      </w:pPr>
      <w:r>
        <w:t>Calculate ΔP = f(L/D)(ρv²/2) and report it in kPa. Keep the intermediate formula cells visible in your spreadsheet.</w:t>
      </w:r>
    </w:p>
    <w:p>
      <w:pPr>
        <w:pStyle w:val="Heading1"/>
      </w:pPr>
      <w:r>
        <w:t>Part II  Nonlinear Equations</w:t>
      </w:r>
    </w:p>
    <w:p>
      <w:pPr>
        <w:pStyle w:val="Heading2"/>
        <w:keepNext/>
      </w:pPr>
      <w:r>
        <w:t>Problem 3. One unknown with Solver and Newton’s method</w:t>
      </w:r>
    </w:p>
    <w:p>
      <w:pPr>
        <w:keepNext/>
        <w:spacing w:after="80"/>
      </w:pPr>
      <w:r>
        <w:t>A coated surface loses heat by both convection and radiation. The surrounding temperature is T∞ = 298 K, h = 12.0 W/(m²·K), emissivity ε = 0.85, and the supplied heat flux is q″ = 2500 W/m². With σ = 5.670×10⁻⁸ W/(m²·K⁴), find the surface temperature Ts from</w:t>
      </w:r>
    </w:p>
    <w:p>
      <w:pPr>
        <w:pStyle w:val="ListBullet"/>
        <w:keepNext/>
        <w:spacing w:after="40"/>
      </w:pPr>
      <w:r>
        <w:t>f(Ts) = εσ(Ts⁴ − T∞⁴) + h(Ts − T∞) − q″ = 0.</w:t>
      </w:r>
    </w:p>
    <w:p>
      <w:pPr>
        <w:pStyle w:val="ListBullet"/>
        <w:keepNext/>
        <w:spacing w:after="40"/>
      </w:pPr>
      <w:r>
        <w:t>Part A: solve with Solver by varying Ts until f(Ts) = 0.</w:t>
      </w:r>
    </w:p>
    <w:p>
      <w:pPr>
        <w:pStyle w:val="ListBullet"/>
        <w:keepNext/>
        <w:spacing w:after="40"/>
      </w:pPr>
      <w:r>
        <w:t>Part B: solve with Newton’s method starting from T₀ = 350 K. Use f′(Ts) = 4εσTs³ + h and show at least three updates.</w:t>
      </w:r>
    </w:p>
    <w:p>
      <w:pPr>
        <w:pStyle w:val="ListBullet"/>
        <w:spacing w:after="40"/>
      </w:pPr>
      <w:r>
        <w:t>Report Ts in K and °C. Explain why the physically meaningful root must be above T∞.</w:t>
      </w:r>
    </w:p>
    <w:p>
      <w:pPr>
        <w:pStyle w:val="Heading2"/>
        <w:keepNext/>
      </w:pPr>
      <w:r>
        <w:t>Problem 4. Two coupled unknowns in pipe flow</w:t>
      </w:r>
    </w:p>
    <w:p>
      <w:pPr>
        <w:keepNext/>
        <w:spacing w:after="80"/>
      </w:pPr>
      <w:r>
        <w:t>A pressure drop of ΔP = 75.0 kPa is imposed across a rough pipe with D = 25.0 mm and L = 18.0 m. Water properties are ρ = 998 kg/m³ and μ = 1.00×10⁻³ Pa·s, and ε/D = 1.80×10⁻³. The unknowns are the mean velocity v and Darcy friction factor f.</w:t>
      </w:r>
    </w:p>
    <w:p>
      <w:pPr>
        <w:pStyle w:val="ListBullet"/>
        <w:keepNext/>
        <w:spacing w:after="40"/>
      </w:pPr>
      <w:r>
        <w:t>Use the two residual equations R₁ = ΔP − f(L/D)(ρv²/2) and R₂ = 1/√f + 1.8 log₁₀[(ε/(3.7D))¹·¹¹ + 6.9/Re] = 0, where Re = ρvD/μ.</w:t>
      </w:r>
    </w:p>
    <w:p>
      <w:pPr>
        <w:pStyle w:val="ListBullet"/>
        <w:keepNext/>
        <w:spacing w:after="40"/>
      </w:pPr>
      <w:r>
        <w:t>Use Solver with v and f as changing cells, target both residuals to zero, and start near v = 2.0 m/s and f = 0.030.</w:t>
      </w:r>
    </w:p>
    <w:p>
      <w:pPr>
        <w:pStyle w:val="ListBullet"/>
        <w:spacing w:after="40"/>
      </w:pPr>
      <w:r>
        <w:t>Report v, f, Re, and the volumetric flow rate Q = vπD²/4.</w:t>
      </w:r>
    </w:p>
    <w:p>
      <w:pPr>
        <w:pStyle w:val="Heading2"/>
        <w:keepNext/>
      </w:pPr>
      <w:r>
        <w:t>Problem 5. Three coupled unknowns in a heat exchanger</w:t>
      </w:r>
    </w:p>
    <w:p>
      <w:pPr>
        <w:keepNext/>
        <w:spacing w:after="80"/>
      </w:pPr>
      <w:r>
        <w:t>A parallel-flow heat exchanger has hot-stream inlet temperature Th,in = 400 K and cold-stream inlet temperature Tc,in = 290 K. The heat-capacity rates are Ch = 2000 W/K and Cc = 1200 W/K, and UA = 550 W/K. The unknowns are Q, Th,out, and Tc,out.</w:t>
      </w:r>
    </w:p>
    <w:p>
      <w:pPr>
        <w:pStyle w:val="ListBullet"/>
        <w:keepNext/>
        <w:spacing w:after="40"/>
      </w:pPr>
      <w:r>
        <w:t>Use the three residual equations Q − Ch(Th,in − Th,out) = 0, Q − Cc(Tc,out − Tc,in) = 0, and Q − UA ΔTlm = 0.</w:t>
      </w:r>
    </w:p>
    <w:p>
      <w:pPr>
        <w:pStyle w:val="ListBullet"/>
        <w:keepNext/>
        <w:spacing w:after="40"/>
      </w:pPr>
      <w:r>
        <w:t>For parallel flow, use ΔTlm = (ΔT₁ − ΔT₂)/ln(ΔT₁/ΔT₂), with ΔT₁ = Th,in − Tc,in and ΔT₂ = Th,out − Tc,out.</w:t>
      </w:r>
    </w:p>
    <w:p>
      <w:pPr>
        <w:pStyle w:val="ListBullet"/>
        <w:spacing w:after="40"/>
      </w:pPr>
      <w:r>
        <w:t>Use Solver with Q, Th,out, and Tc,out as changing cells. Report all three unknowns and check that the energy balances agree.</w:t>
      </w:r>
    </w:p>
    <w:p>
      <w:r>
        <w:br w:type="page"/>
      </w:r>
    </w:p>
    <w:p>
      <w:pPr>
        <w:pStyle w:val="Heading1"/>
      </w:pPr>
      <w:r>
        <w:t>Part III  Curve Fits</w:t>
      </w:r>
    </w:p>
    <w:p>
      <w:pPr>
        <w:pStyle w:val="Heading2"/>
        <w:keepNext/>
      </w:pPr>
      <w:r>
        <w:t>Problem 6. Linear fit for pressure-drop data</w:t>
      </w:r>
    </w:p>
    <w:p>
      <w:pPr>
        <w:keepNext/>
        <w:spacing w:after="80"/>
      </w:pPr>
      <w:r>
        <w:t>A pilot line is tested at several velocities. Fit the model ΔP = a v² + b, where ΔP is in kPa and v is in m/s.</w:t>
      </w:r>
    </w:p>
    <w:p>
      <w:pPr>
        <w:pStyle w:val="ListBullet"/>
        <w:keepNext/>
        <w:spacing w:after="40"/>
      </w:pPr>
      <w:r>
        <w:t>Use linear regression with x = v². Do not force the intercept to zero.</w:t>
      </w:r>
    </w:p>
    <w:p>
      <w:pPr>
        <w:pStyle w:val="ListBullet"/>
        <w:keepNext/>
        <w:spacing w:after="40"/>
      </w:pPr>
      <w:r>
        <w:t>Calculate a, b, and R², then predict ΔP at v = 1.80 m/s.</w:t>
      </w:r>
    </w:p>
    <w:p>
      <w:pPr>
        <w:pStyle w:val="ListBullet"/>
        <w:spacing w:after="40"/>
      </w:pPr>
      <w:r>
        <w:t>Briefly assess whether the fitted intercept is small compared with the predicted pressure drop.</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304"/>
            <w:shd w:fill="355C7D"/>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b/>
                <w:color w:val="FFFFFF"/>
                <w:sz w:val="19"/>
              </w:rPr>
              <w:t>v (m/s)</w:t>
            </w:r>
          </w:p>
        </w:tc>
        <w:tc>
          <w:tcPr>
            <w:tcW w:type="dxa" w:w="2304"/>
            <w:shd w:fill="355C7D"/>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b/>
                <w:color w:val="FFFFFF"/>
                <w:sz w:val="19"/>
              </w:rPr>
              <w:t>ΔP (kPa)</w:t>
            </w:r>
          </w:p>
        </w:tc>
      </w:tr>
      <w:tr>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0.50</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2.4</w:t>
            </w:r>
          </w:p>
        </w:tc>
      </w:tr>
      <w:tr>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1.00</w:t>
            </w:r>
          </w:p>
        </w:tc>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9.5</w:t>
            </w:r>
          </w:p>
        </w:tc>
      </w:tr>
      <w:tr>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1.50</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21.1</w:t>
            </w:r>
          </w:p>
        </w:tc>
      </w:tr>
      <w:tr>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2.00</w:t>
            </w:r>
          </w:p>
        </w:tc>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37.0</w:t>
            </w:r>
          </w:p>
        </w:tc>
      </w:tr>
      <w:tr>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2.50</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57.5</w:t>
            </w:r>
          </w:p>
        </w:tc>
      </w:tr>
    </w:tbl>
    <w:p>
      <w:pPr>
        <w:spacing w:after="20"/>
      </w:pPr>
    </w:p>
    <w:p>
      <w:pPr>
        <w:pStyle w:val="Heading2"/>
        <w:keepNext/>
      </w:pPr>
      <w:r>
        <w:t>Problem 7. Exponential fit for batch decay</w:t>
      </w:r>
    </w:p>
    <w:p>
      <w:pPr>
        <w:keepNext/>
        <w:spacing w:after="80"/>
      </w:pPr>
      <w:r>
        <w:t>The concentration of a dissolved reactant is measured during a batch decay experiment. Assume C(t) = C₀ exp(−kt).</w:t>
      </w:r>
    </w:p>
    <w:p>
      <w:pPr>
        <w:pStyle w:val="ListBullet"/>
        <w:keepNext/>
        <w:spacing w:after="40"/>
      </w:pPr>
      <w:r>
        <w:t>Linearize the model by fitting ln(C) versus t. Calculate C₀ and k in min⁻¹.</w:t>
      </w:r>
    </w:p>
    <w:p>
      <w:pPr>
        <w:pStyle w:val="ListBullet"/>
        <w:keepNext/>
        <w:spacing w:after="40"/>
      </w:pPr>
      <w:r>
        <w:t>Calculate the half-life t₁/₂ = ln(2)/k.</w:t>
      </w:r>
    </w:p>
    <w:p>
      <w:pPr>
        <w:pStyle w:val="ListBullet"/>
        <w:spacing w:after="40"/>
      </w:pPr>
      <w:r>
        <w:t>Use the fitted model to predict C at t = 12.0 min, and report the R² value for the linearized fit.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304"/>
            <w:shd w:fill="355C7D"/>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b/>
                <w:color w:val="FFFFFF"/>
                <w:sz w:val="19"/>
              </w:rPr>
              <w:t>t (min)</w:t>
            </w:r>
          </w:p>
        </w:tc>
        <w:tc>
          <w:tcPr>
            <w:tcW w:type="dxa" w:w="2304"/>
            <w:shd w:fill="355C7D"/>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b/>
                <w:color w:val="FFFFFF"/>
                <w:sz w:val="19"/>
              </w:rPr>
              <w:t>C (mol/L)</w:t>
            </w:r>
          </w:p>
        </w:tc>
      </w:tr>
      <w:tr>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1.000</w:t>
            </w:r>
          </w:p>
        </w:tc>
      </w:tr>
      <w:tr>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2</w:t>
            </w:r>
          </w:p>
        </w:tc>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0.798</w:t>
            </w:r>
          </w:p>
        </w:tc>
      </w:tr>
      <w:tr>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4</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0.636</w:t>
            </w:r>
          </w:p>
        </w:tc>
      </w:tr>
      <w:tr>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6</w:t>
            </w:r>
          </w:p>
        </w:tc>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0.507</w:t>
            </w:r>
          </w:p>
        </w:tc>
      </w:tr>
      <w:tr>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8</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0.405</w:t>
            </w:r>
          </w:p>
        </w:tc>
      </w:tr>
      <w:tr>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10</w:t>
            </w:r>
          </w:p>
        </w:tc>
        <w:tc>
          <w:tcPr>
            <w:tcW w:type="dxa" w:w="2304"/>
            <w:vAlign w:val="center"/>
            <w:shd w:fill="EEF3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tcPr>
          <w:p>
            <w:pPr>
              <w:jc w:val="center"/>
            </w:pPr>
            <w:r>
              <w:rPr>
                <w:sz w:val="19"/>
              </w:rPr>
              <w:t>0.323</w:t>
            </w:r>
          </w:p>
        </w:tc>
      </w:tr>
    </w:tbl>
    <w:p>
      <w:pPr>
        <w:spacing w:after="20"/>
      </w:pPr>
    </w:p>
    <w:p>
      <w:r>
        <w:br w:type="page"/>
      </w:r>
    </w:p>
    <w:p>
      <w:pPr>
        <w:pStyle w:val="Heading1"/>
      </w:pPr>
      <w:r>
        <w:t>Part IV  Ordinary Differential Equations</w:t>
      </w:r>
    </w:p>
    <w:p>
      <w:pPr>
        <w:pStyle w:val="Heading2"/>
        <w:keepNext/>
      </w:pPr>
      <w:r>
        <w:t>Problem 8. Scalar ODE with explicit Euler</w:t>
      </w:r>
    </w:p>
    <w:p>
      <w:pPr>
        <w:keepNext/>
        <w:spacing w:after="80"/>
      </w:pPr>
      <w:r>
        <w:t>A catalyst pellet cools toward an environment at T∞ = 300 K. Its lumped model is dT/dt = −k(T − T∞), with k = 0.025 s⁻¹ and T(0) = 450 K.</w:t>
      </w:r>
    </w:p>
    <w:p>
      <w:pPr>
        <w:pStyle w:val="ListBullet"/>
        <w:keepNext/>
        <w:spacing w:after="40"/>
      </w:pPr>
      <w:r>
        <w:t>Use the explicit Euler formula Tᵢ₊₁ = Tᵢ + Δt f(Tᵢ,tᵢ) with Δt = 10 s to advance the solution from t = 0 to 60 s.</w:t>
      </w:r>
    </w:p>
    <w:p>
      <w:pPr>
        <w:pStyle w:val="ListBullet"/>
        <w:keepNext/>
        <w:spacing w:after="40"/>
      </w:pPr>
      <w:r>
        <w:t>Show the first three updates explicitly and report T at 60 s.</w:t>
      </w:r>
    </w:p>
    <w:p>
      <w:pPr>
        <w:pStyle w:val="ListBullet"/>
        <w:spacing w:after="40"/>
      </w:pPr>
      <w:r>
        <w:t>Find the first time-grid point at which T falls below 330 K. Compare your result qualitatively with the exact exponential behavior without needing to derive the exact solution.</w:t>
      </w:r>
    </w:p>
    <w:p>
      <w:pPr>
        <w:pStyle w:val="Heading2"/>
        <w:keepNext/>
      </w:pPr>
      <w:r>
        <w:t>Problem 9. Two coupled thermal ODEs</w:t>
      </w:r>
    </w:p>
    <w:p>
      <w:pPr>
        <w:keepNext/>
        <w:spacing w:after="80"/>
      </w:pPr>
      <w:r>
        <w:t>A hot lump and a cold lump exchange heat with no external losses. Use dTh/dt = −(UA/Ch)(Th − Tc) and dTc/dt = (UA/Cc)(Th − Tc), with UA = 80 W/K, Ch = 4000 J/K, Cc = 2500 J/K, Th(0) = 370 K, and Tc(0) = 290 K.</w:t>
      </w:r>
    </w:p>
    <w:p>
      <w:pPr>
        <w:pStyle w:val="ListBullet"/>
        <w:keepNext/>
        <w:spacing w:after="40"/>
      </w:pPr>
      <w:r>
        <w:t>Use explicit Euler with Δt = 5 s through t = 30 s. Compute Th and Tc from the previous row only.</w:t>
      </w:r>
    </w:p>
    <w:p>
      <w:pPr>
        <w:pStyle w:val="ListBullet"/>
        <w:keepNext/>
        <w:spacing w:after="40"/>
      </w:pPr>
      <w:r>
        <w:t>Plot Th(t) and Tc(t) on one graph with labeled axes and a legend.</w:t>
      </w:r>
    </w:p>
    <w:p>
      <w:pPr>
        <w:pStyle w:val="ListBullet"/>
        <w:keepNext/>
        <w:spacing w:after="40"/>
      </w:pPr>
      <w:r>
        <w:t>Report Th and Tc at t = 10 s and t = 30 s.</w:t>
      </w:r>
    </w:p>
    <w:p>
      <w:pPr>
        <w:pStyle w:val="ListBullet"/>
        <w:spacing w:after="40"/>
      </w:pPr>
      <w:r>
        <w:t>Calculate the equilibrium temperature from energy conservation and explain whether the numerical solution is approaching it.</w:t>
      </w:r>
    </w:p>
    <w:p>
      <w:r>
        <w:br w:type="page"/>
      </w:r>
    </w:p>
    <w:p>
      <w:pPr>
        <w:pStyle w:val="Heading1"/>
      </w:pPr>
      <w:r>
        <w:t>Answer Key and Checks</w:t>
      </w:r>
    </w:p>
    <w:p>
      <w:r>
        <w:rPr>
          <w:i/>
        </w:rPr>
        <w:t>Use this section after attempting the student version. Intermediate values are rounded, so small differences from spreadsheet or Python output are expected.</w:t>
      </w:r>
    </w:p>
    <w:p>
      <w:pPr>
        <w:pStyle w:val="Heading2"/>
        <w:keepNext/>
      </w:pPr>
      <w:r>
        <w:t>Problem 1. Steady heat conduction through insulation</w:t>
      </w:r>
    </w:p>
    <w:p>
      <w:pPr>
        <w:spacing w:after="60"/>
      </w:pPr>
      <w:r>
        <w:t>q″ = 3200 W/m² = 3.20 kW/m². Units: [W/(m·K)]·[K]/[m] = W/m².</w:t>
      </w:r>
    </w:p>
    <w:p>
      <w:pPr>
        <w:pStyle w:val="Heading2"/>
        <w:keepNext/>
      </w:pPr>
      <w:r>
        <w:t>Problem 2. Pressure loss in a rough pipe</w:t>
      </w:r>
    </w:p>
    <w:p>
      <w:pPr>
        <w:spacing w:after="60"/>
      </w:pPr>
      <w:r>
        <w:t>Re = 5.98×10⁴; f = 0.0250; ΔP = 32.3 kPa.</w:t>
      </w:r>
    </w:p>
    <w:p>
      <w:pPr>
        <w:pStyle w:val="Heading2"/>
        <w:keepNext/>
      </w:pPr>
      <w:r>
        <w:t>Problem 3. One unknown with Solver and Newton’s method</w:t>
      </w:r>
    </w:p>
    <w:p>
      <w:pPr>
        <w:spacing w:after="60"/>
      </w:pPr>
      <w:r>
        <w:t>Ts = 416.80 K = 143.65 °C. Starting from 350 K, Newton iterates are approximately 425.635 K, 416.947 K, 416.796 K, and 416.796 K.</w:t>
      </w:r>
    </w:p>
    <w:p>
      <w:pPr>
        <w:pStyle w:val="Heading2"/>
        <w:keepNext/>
      </w:pPr>
      <w:r>
        <w:t>Problem 4. Two coupled unknowns in pipe flow</w:t>
      </w:r>
    </w:p>
    <w:p>
      <w:pPr>
        <w:spacing w:after="60"/>
      </w:pPr>
      <w:r>
        <w:t>v = 2.890 m/s; f = 0.02499; Re = 7.21×10⁴; Q = 1.419×10⁻³ m³/s.</w:t>
      </w:r>
    </w:p>
    <w:p>
      <w:pPr>
        <w:pStyle w:val="Heading2"/>
        <w:keepNext/>
      </w:pPr>
      <w:r>
        <w:t>Problem 5. Three coupled unknowns in a heat exchanger</w:t>
      </w:r>
    </w:p>
    <w:p>
      <w:pPr>
        <w:spacing w:after="60"/>
      </w:pPr>
      <w:r>
        <w:t>Q = 42.875 kW; Th,out = 378.563 K; Tc,out = 325.729 K. Both stream energy balances and the UAΔTlm relation agree to rounding.</w:t>
      </w:r>
    </w:p>
    <w:p>
      <w:pPr>
        <w:pStyle w:val="Heading2"/>
        <w:keepNext/>
      </w:pPr>
      <w:r>
        <w:t>Problem 6. Linear fit for pressure-drop data</w:t>
      </w:r>
    </w:p>
    <w:p>
      <w:pPr>
        <w:spacing w:after="60"/>
      </w:pPr>
      <w:r>
        <w:t>With x = v²: a = 9.169 kPa·s²/m², b = 0.285 kPa, R² = 0.99996, and ΔP(1.80 m/s) = 29.99 kPa. The intercept is about 0.95% of the prediction, so it is small here but should not be silently discarded.</w:t>
      </w:r>
    </w:p>
    <w:p>
      <w:pPr>
        <w:pStyle w:val="Heading2"/>
        <w:keepNext/>
      </w:pPr>
      <w:r>
        <w:t>Problem 7. Exponential fit for batch decay</w:t>
      </w:r>
    </w:p>
    <w:p>
      <w:pPr>
        <w:spacing w:after="60"/>
      </w:pPr>
      <w:r>
        <w:t>C₀ = 0.9999 mol/L; k = 0.1130 min⁻¹; t₁/₂ = 6.13 min; C(12 min) = 0.258 mol/L. The R² value for ln(C) versus t is approximately 0.99999.</w:t>
      </w:r>
    </w:p>
    <w:p>
      <w:pPr>
        <w:pStyle w:val="Heading2"/>
        <w:keepNext/>
      </w:pPr>
      <w:r>
        <w:t>Problem 8. Scalar ODE with explicit Euler</w:t>
      </w:r>
    </w:p>
    <w:p>
      <w:pPr>
        <w:spacing w:after="60"/>
      </w:pPr>
      <w:r>
        <w:t>The first updates are T₁ = 412.5 K, T₂ = 384.375 K, and T₃ = 363.281 K. T(60 s) ≈ 326.70 K, and the first time-grid point below 330 K is 60 s.</w:t>
      </w:r>
    </w:p>
    <w:p>
      <w:pPr>
        <w:pStyle w:val="Heading2"/>
        <w:keepNext/>
      </w:pPr>
      <w:r>
        <w:t>Problem 9. Two coupled thermal ODEs</w:t>
      </w:r>
    </w:p>
    <w:p>
      <w:pPr>
        <w:spacing w:after="60"/>
      </w:pPr>
      <w:r>
        <w:t>At 10 s: Th = 356.08 K and Tc = 312.272 K. At 30 s: Th = 344.283 K and Tc = 331.147 K. The energy-conserving equilibrium temperature is 339.231 K; the two numerical trajectories approach it from opposite sides.</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46464"/>
        <w:sz w:val="16"/>
      </w:rPr>
      <w:t>CBE 263 Numerical Methods Practice Exam</w:t>
    </w:r>
  </w:p>
  <w:p>
    <w:pPr>
      <w:jc w:val="right"/>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